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- איך שואלים שאלות טובות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ראיון מוצלח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שאלות ראיון למבוגר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 ששואל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שאלה שעונים עליה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המרואיין הוא מי שעונה ומספר, והמראיין הוא מי ששואל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בצעד הראשון - 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בצעד השלישי כתוב לא להפריע באמצע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(בוחרים אדם וכותבים שאלות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(מדברים לאט וברור ומשתמשים במילות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(מסתכלים ומהנהנים בלי להפריע)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(כותבים מילים חשובות או מציירים)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בסדר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אדם מבוגר וכותבים חמש או שש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מתחילים בשאלה קלה ונעימה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בלי להפריע ושואלים שאלת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מילים חשובות או מציירים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מסביר שהקשבה בלי הפרעה עוזרת למרואיין להרגיש בנוח ולספר יותר, ומכבדת את מי שמספר.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מראיין שואל, מרואיין עונה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שעונים עליה בסיפור ולא רק כן/לא, למשל ספר לי על...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מודים - חשוב כי המרואיין נתן מתנה של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תלמיד אחד מראיין ותלמיד שני מרואיין על נושא פשוט מהיום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בכיתה שאלת המשך אחת לפני שהתלמידים כותבים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ולהתמקד בזיהוי התפקידים והצעדים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- איך שואלים שאלות טובות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עורכים ראיון עם אדם מבוגר ושומעים סיפורים מהעבר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מראיין  ·  ראיון  ·  מרואיין  ·  פתוחה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המילה המתאימה לתיאור שיחה שבה אחד שואל והשני מספר?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נקרא מראיין?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 שמספר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 ששואל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שמצייר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שאלה שעונים עליה רק כן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שאלה שאי אפשר לענות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 שעונים עליה בסיפור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מרואיין הוא מי ששואל את השאלות.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להכין מראש חמש או שש שאלות לפני הראיון.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להפריע למרואיין באמצע כדי לשאול שאלה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שיחה שבה אחד שואל והשני מספר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ששואל את השאלות בראיון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 שעונה ומספר בראיון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שאלה שאי אפשר לענות עליה רק כן או לא נקראת שאלה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מתכננים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כותבים מילים חשובות או מציירים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שואלים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מסתכלים ומהנהנים בלי להפריע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מדברים לאט וברור ומשתמשים במילות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בוחרים אדם וכותבים שאלות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בסדר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בלי להפריע ושואלים שאלת 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אדם מבוגר וכותבים חמש או שש 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מילים חשובות או מציירים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מתחילים בשאלה קלה ונעימה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למה חשוב להקשיב בלי להפריע כשמישהו מספר 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מראיין למרואיין?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לשאלה פתוחה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הראיון שלי - איך שואלים שאלות טובות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