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שואלים שאלות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ראיון מוצלח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שאלות ראיון למבוגר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ששואל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שאלה שעונים עליה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ומה קרה אחר כך?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רק אם המרואיין מסכים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המרואיין הוא מי שעונה ומספר, והמראיין הוא מי ששואל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בצעד הראשון -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בצעד השלישי כתוב לא להפריע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בצעד השני - 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הצעד החמישי הוא מודים - חשוב להגיד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כתוב להתחיל בשאלה קלה ונעימה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סימן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(בוחרים אדם וכותבים שאלות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(מדברים לאט וברור ומשתמשים במילות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(מסתכלים ומהנהנים בלי להפריע)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מילים חשובות או מציירים)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(אומרים תודה ואפשר להכין כרטיס)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בסדר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אדם מבוגר וכותבים חמש או שש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בשאלה קלה ונעימה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בלי להפריע ושואלים 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מילים חשובות או מציירים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אומרים תודה ומספרים לכיתה מה שמעתי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 שאלות פתוחות המתחילות במילות שאלה, שאי אפשר לענות עליהן רק כן או לא, ומתאימות לנושא ילדות וסיפורי עבר.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שהקשבה בלי הפרעה עוזרת למרואיין להרגיש בנוח ולספר יותר, ומכבדת את מי שמספר.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 שואל, מרואיין עונה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שעונים עליה בסיפור ולא רק כן/לא, למשל ספר לי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מודים - חשוב כי המרואיין נתן מתנה של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תלמיד אחד מראיין ותלמיד שני מרואיין על נושא פשוט מהיום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בכיתה שאלת המשך אחת לפני שהתלמידים כותבים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ולהתמקד בזיהוי התפקידים והצעדים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שואלים שאלות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עורכים ראיון עם אדם מבוגר ושומעים סיפורים מהעבר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המילה המתאימה לתיאור שיחה שבה אחד שואל והשני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נקרא מראיין?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ששואל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שמצייר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שכותב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שעונים עליה רק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שאי אפשר לענות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שעונים עליה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בלי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הצעד הראשון בראיון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היא דוגמה לשאלת המשך?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גדלת?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ומה קרה אחר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אחים יש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מותר להקליט את המרואיין?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בלי לשאול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אם המרואיין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עם מבוגר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מרואיין הוא מי ששואל את השאלות.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להכין מראש חמש או שש שאלות לפני הראיון.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להפריע למרואיין באמצע כדי לשאול שאלה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שאלה כמו מי, מה, איך ולמה עוזרות לבנות שאלות טובות.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הראיון אין צורך להגיד תודה למרואיין.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להתחיל ראיון בשאלה קשה ומסובכת.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שיחה שבה אחד שואל והשני מספר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ששואל את השאלות בראיון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שעונה ומספר בראיון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שאלה שאי אפשר לענות עליה רק כן או לא נקראת שאלה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הצעד האחרון בראיון, אחרי שמסיימים לשמוע את הסיפור,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כל שאלה כתובה שמים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מדברים לאט וברור ומשתמשים במילות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שואלים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בוחרים אדם וכותבים שאלות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מילים חשובות או מציירים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אומרים תודה ואפשר להכין 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מסתכלים ומהנהנים בלי להפריע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בסדר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בלי להפריע ושואלים שאלת 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תודה ומספרים לכיתה מה שמעתי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מילים חשובות או מציירים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בשאלה קלה ונעימה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אדם מבוגר וכותבים חמש או שש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שאלות פתוחות שהייתם שואלים סבא, סבתא או שכן מבוגר על הילדות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למה חשוב להקשיב בלי להפריע כשמישהו מספר 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מראיין למרואיין?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האחרון בראיון,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הראיון שלי - איך שואלים שאלות טובות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